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63C53" w:rsidRDefault="00063C53" w14:paraId="16BDD08D" w14:textId="293A1BEF">
      <w:pPr>
        <w:pStyle w:val="Otsikko2"/>
      </w:pPr>
      <w:r>
        <w:rPr>
          <w:noProof/>
        </w:rPr>
        <w:drawing>
          <wp:inline distT="0" distB="0" distL="0" distR="0" wp14:anchorId="354E6D27" wp14:editId="35693E8D">
            <wp:extent cx="2087880" cy="471948"/>
            <wp:effectExtent l="0" t="0" r="7620" b="4445"/>
            <wp:docPr id="11058280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2801" name="Kuva 1105828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1339" cy="47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C53" w:rsidP="00063C53" w:rsidRDefault="00063C53" w14:paraId="66716030" w14:textId="77777777"/>
    <w:p w:rsidRPr="00D74041" w:rsidR="00063C53" w:rsidP="00063C53" w:rsidRDefault="00063C53" w14:paraId="30A8F4A7" w14:textId="4059257C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59C129FC" w:rsidR="00063C53">
        <w:rPr>
          <w:rFonts w:ascii="Arial" w:hAnsi="Arial" w:cs="Arial"/>
          <w:b w:val="1"/>
          <w:bCs w:val="1"/>
          <w:color w:val="0070C0"/>
          <w:sz w:val="28"/>
          <w:szCs w:val="28"/>
        </w:rPr>
        <w:t>TIETOTURVAOHJEET</w:t>
      </w:r>
    </w:p>
    <w:p w:rsidR="59C129FC" w:rsidP="59C129FC" w:rsidRDefault="59C129FC" w14:paraId="731D0563" w14:textId="1489B390">
      <w:pPr>
        <w:pStyle w:val="Otsikko2"/>
        <w:rPr>
          <w:rFonts w:ascii="Arial" w:hAnsi="Arial" w:cs="Arial"/>
        </w:rPr>
      </w:pPr>
      <w:r w:rsidRPr="59C129FC" w:rsidR="59C129FC">
        <w:rPr>
          <w:rFonts w:ascii="Arial" w:hAnsi="Arial" w:cs="Arial"/>
        </w:rPr>
        <w:t xml:space="preserve">1. </w:t>
      </w:r>
      <w:r w:rsidRPr="59C129FC" w:rsidR="780BFA89">
        <w:rPr>
          <w:rFonts w:ascii="Arial" w:hAnsi="Arial" w:cs="Arial"/>
        </w:rPr>
        <w:t xml:space="preserve">Henkilötietojen </w:t>
      </w:r>
      <w:r w:rsidRPr="59C129FC" w:rsidR="780BFA89">
        <w:rPr>
          <w:rFonts w:ascii="Arial" w:hAnsi="Arial" w:cs="Arial"/>
        </w:rPr>
        <w:t>käsittely</w:t>
      </w:r>
    </w:p>
    <w:p w:rsidR="780BFA89" w:rsidP="59C129FC" w:rsidRDefault="780BFA89" w14:paraId="6214CADF" w14:textId="0D9CB7AE">
      <w:pPr>
        <w:pStyle w:val="Merkittyluettelo"/>
        <w:rPr>
          <w:rFonts w:ascii="Arial" w:hAnsi="Arial" w:cs="Arial"/>
          <w:lang w:val="fi-FI"/>
        </w:rPr>
      </w:pPr>
      <w:r w:rsidRPr="59C129FC" w:rsidR="780BFA89">
        <w:rPr>
          <w:rFonts w:ascii="Arial" w:hAnsi="Arial" w:cs="Arial"/>
          <w:lang w:val="fi-FI"/>
        </w:rPr>
        <w:t>Säilytä vain tarpeelliset tiedot. Poista vanhat tiedot, kun niitä ei enää tarvita, eikä sinulla ole käsittelyperustetta niille.</w:t>
      </w:r>
    </w:p>
    <w:p w:rsidR="780BFA89" w:rsidP="59C129FC" w:rsidRDefault="780BFA89" w14:paraId="076D6735" w14:textId="2FC44CAE">
      <w:pPr>
        <w:pStyle w:val="Merkittyluettelo"/>
        <w:rPr>
          <w:rFonts w:ascii="Arial" w:hAnsi="Arial" w:cs="Arial"/>
          <w:lang w:val="fi-FI"/>
        </w:rPr>
      </w:pPr>
      <w:r w:rsidRPr="59C129FC" w:rsidR="780BFA89">
        <w:rPr>
          <w:rFonts w:ascii="Arial" w:hAnsi="Arial" w:cs="Arial"/>
          <w:lang w:val="fi-FI"/>
        </w:rPr>
        <w:t xml:space="preserve">Käsittele henkilötietoja huolellisesti. Älä luovuta henkilötietoja ulkopuolisille. </w:t>
      </w:r>
    </w:p>
    <w:p w:rsidR="780BFA89" w:rsidP="59C129FC" w:rsidRDefault="780BFA89" w14:paraId="418BFC2B" w14:textId="79FBEB09">
      <w:pPr>
        <w:pStyle w:val="Merkittyluettelo"/>
        <w:rPr>
          <w:rFonts w:ascii="Arial" w:hAnsi="Arial" w:cs="Arial"/>
          <w:lang w:val="fi-FI"/>
        </w:rPr>
      </w:pPr>
      <w:r w:rsidRPr="59C129FC" w:rsidR="780BFA89">
        <w:rPr>
          <w:rFonts w:ascii="Arial" w:hAnsi="Arial" w:cs="Arial"/>
          <w:lang w:val="fi-FI"/>
        </w:rPr>
        <w:t>Älä tallenna henkilötietoja sisältäviä asiakirjoja henkilökohtaiseen pilvipalveluusi tai muistitikulle. Säilytä paperiset arkaluonteisia henkilötietoja sisältävät asiakirjat lukitussa tilassa.</w:t>
      </w:r>
    </w:p>
    <w:p w:rsidR="780BFA89" w:rsidP="59C129FC" w:rsidRDefault="780BFA89" w14:paraId="6411B0BC" w14:textId="7367F015">
      <w:pPr>
        <w:pStyle w:val="Merkittyluettelo"/>
        <w:rPr>
          <w:rFonts w:ascii="Arial" w:hAnsi="Arial" w:cs="Arial"/>
          <w:lang w:val="fi-FI"/>
        </w:rPr>
      </w:pPr>
      <w:r w:rsidRPr="4F4B48DA" w:rsidR="780BFA89">
        <w:rPr>
          <w:rFonts w:ascii="Arial" w:hAnsi="Arial" w:cs="Arial"/>
          <w:lang w:val="fi-FI"/>
        </w:rPr>
        <w:t>Älä syötä tekoälylle henkilötietoja tai luottamuksellista materiaalia.</w:t>
      </w:r>
    </w:p>
    <w:p w:rsidR="4F4B48DA" w:rsidP="4F4B48DA" w:rsidRDefault="4F4B48DA" w14:paraId="600D790E" w14:textId="73DB360D">
      <w:pPr>
        <w:pStyle w:val="Merkittyluettelo"/>
        <w:numPr>
          <w:ilvl w:val="0"/>
          <w:numId w:val="0"/>
        </w:numPr>
        <w:ind w:left="360"/>
        <w:rPr>
          <w:rFonts w:ascii="Arial" w:hAnsi="Arial" w:cs="Arial"/>
          <w:lang w:val="fi-FI"/>
        </w:rPr>
      </w:pPr>
    </w:p>
    <w:p w:rsidRPr="00063C53" w:rsidR="00480315" w:rsidRDefault="00000000" w14:paraId="1AB9A2EC" w14:textId="6659A799">
      <w:pPr>
        <w:pStyle w:val="Otsikko2"/>
        <w:rPr>
          <w:rFonts w:ascii="Arial" w:hAnsi="Arial" w:cs="Arial"/>
        </w:rPr>
      </w:pPr>
      <w:r w:rsidRPr="59C129FC" w:rsidR="780BFA89">
        <w:rPr>
          <w:rFonts w:ascii="Arial" w:hAnsi="Arial" w:cs="Arial"/>
        </w:rPr>
        <w:t>2</w:t>
      </w:r>
      <w:r w:rsidRPr="59C129FC">
        <w:rPr>
          <w:rFonts w:ascii="Arial" w:hAnsi="Arial" w:cs="Arial"/>
        </w:rPr>
        <w:t xml:space="preserve">. </w:t>
      </w:r>
      <w:r w:rsidRPr="59C129FC">
        <w:rPr>
          <w:rFonts w:ascii="Arial" w:hAnsi="Arial" w:cs="Arial"/>
        </w:rPr>
        <w:t>Laitteet</w:t>
      </w:r>
      <w:r w:rsidRPr="59C129FC">
        <w:rPr>
          <w:rFonts w:ascii="Arial" w:hAnsi="Arial" w:cs="Arial"/>
        </w:rPr>
        <w:t xml:space="preserve"> ja </w:t>
      </w:r>
      <w:r w:rsidRPr="59C129FC">
        <w:rPr>
          <w:rFonts w:ascii="Arial" w:hAnsi="Arial" w:cs="Arial"/>
        </w:rPr>
        <w:t>kirjautuminen</w:t>
      </w:r>
    </w:p>
    <w:p w:rsidRPr="00063C53" w:rsidR="00480315" w:rsidRDefault="00000000" w14:paraId="03E14E80" w14:textId="7028A011">
      <w:pPr>
        <w:pStyle w:val="Merkittyluettelo"/>
        <w:rPr>
          <w:rFonts w:ascii="Arial" w:hAnsi="Arial" w:cs="Arial"/>
          <w:lang w:val="fi-FI"/>
        </w:rPr>
      </w:pPr>
      <w:r w:rsidRPr="256B07C5">
        <w:rPr>
          <w:rFonts w:ascii="Arial" w:hAnsi="Arial" w:cs="Arial"/>
          <w:lang w:val="fi-FI"/>
        </w:rPr>
        <w:t>Suojaa lait</w:t>
      </w:r>
      <w:r w:rsidRPr="256B07C5" w:rsidR="25359587">
        <w:rPr>
          <w:rFonts w:ascii="Arial" w:hAnsi="Arial" w:cs="Arial"/>
          <w:lang w:val="fi-FI"/>
        </w:rPr>
        <w:t>teesi</w:t>
      </w:r>
      <w:r w:rsidRPr="256B07C5">
        <w:rPr>
          <w:rFonts w:ascii="Arial" w:hAnsi="Arial" w:cs="Arial"/>
          <w:lang w:val="fi-FI"/>
        </w:rPr>
        <w:t xml:space="preserve"> vahvalla salasanalla tai biometrisellä tunnistuksella.</w:t>
      </w:r>
      <w:r w:rsidRPr="256B07C5" w:rsidR="00063C53">
        <w:rPr>
          <w:rFonts w:ascii="Arial" w:hAnsi="Arial" w:cs="Arial"/>
          <w:lang w:val="fi-FI"/>
        </w:rPr>
        <w:t xml:space="preserve"> Käytä vahvaa salasanaa. </w:t>
      </w:r>
    </w:p>
    <w:p w:rsidRPr="00881521" w:rsidR="00480315" w:rsidP="00881521" w:rsidRDefault="00063C53" w14:paraId="467DF9EC" w14:textId="117CC3FB">
      <w:pPr>
        <w:pStyle w:val="Merkittyluettelo"/>
        <w:rPr>
          <w:rFonts w:ascii="Arial" w:hAnsi="Arial" w:cs="Arial"/>
          <w:lang w:val="fi-FI"/>
        </w:rPr>
      </w:pPr>
      <w:r w:rsidRPr="256B07C5" w:rsidR="00063C53">
        <w:rPr>
          <w:rFonts w:ascii="Arial" w:hAnsi="Arial" w:cs="Arial"/>
          <w:lang w:val="fi-FI"/>
        </w:rPr>
        <w:t>Varmista, että ulkopuoliset eivät pä</w:t>
      </w:r>
      <w:r w:rsidRPr="256B07C5" w:rsidR="00063C53">
        <w:rPr>
          <w:rFonts w:ascii="Arial" w:hAnsi="Arial" w:cs="Arial"/>
          <w:lang w:val="fi-FI"/>
        </w:rPr>
        <w:t xml:space="preserve">äse yhdistyksen luottamuksellisiin aineistoihin. </w:t>
      </w:r>
      <w:r w:rsidRPr="256B07C5" w:rsidR="00063C53">
        <w:rPr>
          <w:rFonts w:ascii="Arial" w:hAnsi="Arial" w:cs="Arial"/>
          <w:lang w:val="fi-FI"/>
        </w:rPr>
        <w:t xml:space="preserve">Aseta </w:t>
      </w:r>
      <w:r w:rsidRPr="256B07C5" w:rsidR="00063C53">
        <w:rPr>
          <w:rFonts w:ascii="Arial" w:hAnsi="Arial" w:cs="Arial"/>
          <w:lang w:val="fi-FI"/>
        </w:rPr>
        <w:t>koneelle automaattinen näytönlukitus.</w:t>
      </w:r>
      <w:r w:rsidRPr="256B07C5" w:rsidR="00881521">
        <w:rPr>
          <w:rFonts w:ascii="Arial" w:hAnsi="Arial" w:cs="Arial"/>
          <w:lang w:val="fi-FI"/>
        </w:rPr>
        <w:t xml:space="preserve"> </w:t>
      </w:r>
      <w:r w:rsidRPr="256B07C5" w:rsidR="00063C53">
        <w:rPr>
          <w:rFonts w:ascii="Arial" w:hAnsi="Arial" w:cs="Arial"/>
          <w:lang w:val="fi-FI"/>
        </w:rPr>
        <w:t>Älä jätä laitetta valvomatta</w:t>
      </w:r>
      <w:r w:rsidRPr="256B07C5" w:rsidR="3CAECF96">
        <w:rPr>
          <w:rFonts w:ascii="Arial" w:hAnsi="Arial" w:cs="Arial"/>
          <w:lang w:val="fi-FI"/>
        </w:rPr>
        <w:t xml:space="preserve"> niin, että henkilötietoja tai </w:t>
      </w:r>
      <w:r w:rsidRPr="256B07C5" w:rsidR="3CAECF96">
        <w:rPr>
          <w:rFonts w:ascii="Arial" w:hAnsi="Arial" w:cs="Arial"/>
          <w:lang w:val="fi-FI"/>
        </w:rPr>
        <w:t>luottamuksellisia</w:t>
      </w:r>
      <w:r w:rsidRPr="256B07C5" w:rsidR="3CAECF96">
        <w:rPr>
          <w:rFonts w:ascii="Arial" w:hAnsi="Arial" w:cs="Arial"/>
          <w:lang w:val="fi-FI"/>
        </w:rPr>
        <w:t xml:space="preserve"> aineistoja jää laitteelle auki</w:t>
      </w:r>
      <w:r w:rsidRPr="256B07C5" w:rsidR="00063C53">
        <w:rPr>
          <w:rFonts w:ascii="Arial" w:hAnsi="Arial" w:cs="Arial"/>
          <w:lang w:val="fi-FI"/>
        </w:rPr>
        <w:t>.</w:t>
      </w:r>
    </w:p>
    <w:p w:rsidRPr="00063C53" w:rsidR="00AC1AB7" w:rsidRDefault="00AC1AB7" w14:paraId="58E9F27D" w14:textId="4B595BE7">
      <w:pPr>
        <w:pStyle w:val="Merkittyluettelo"/>
        <w:rPr>
          <w:rFonts w:ascii="Arial" w:hAnsi="Arial" w:cs="Arial"/>
          <w:lang w:val="fi-FI"/>
        </w:rPr>
      </w:pPr>
      <w:r w:rsidRPr="34C87670" w:rsidR="5F396C71">
        <w:rPr>
          <w:rFonts w:ascii="Arial" w:hAnsi="Arial" w:cs="Arial"/>
          <w:lang w:val="fi-FI"/>
        </w:rPr>
        <w:t xml:space="preserve">Varmista, että käyttämässäsi laitteessa on ajantasainen käyttöjärjestelmä ja uusimmat versiot ohjelmista ja sovelluksista ja siinä on ajanmukainen </w:t>
      </w:r>
      <w:r w:rsidRPr="34C87670" w:rsidR="5F396C71">
        <w:rPr>
          <w:rFonts w:ascii="Arial" w:hAnsi="Arial" w:cs="Arial"/>
          <w:lang w:val="fi-FI"/>
        </w:rPr>
        <w:t>palomuuri-</w:t>
      </w:r>
      <w:r w:rsidRPr="34C87670" w:rsidR="39AA5C70">
        <w:rPr>
          <w:rFonts w:ascii="Arial" w:hAnsi="Arial" w:cs="Arial"/>
          <w:lang w:val="fi-FI"/>
        </w:rPr>
        <w:t xml:space="preserve"> </w:t>
      </w:r>
      <w:r w:rsidRPr="34C87670" w:rsidR="5F396C71">
        <w:rPr>
          <w:rFonts w:ascii="Arial" w:hAnsi="Arial" w:cs="Arial"/>
          <w:lang w:val="fi-FI"/>
        </w:rPr>
        <w:t>ja</w:t>
      </w:r>
      <w:r w:rsidRPr="34C87670" w:rsidR="5F396C71">
        <w:rPr>
          <w:rFonts w:ascii="Arial" w:hAnsi="Arial" w:cs="Arial"/>
          <w:lang w:val="fi-FI"/>
        </w:rPr>
        <w:t xml:space="preserve"> virustorjuntaohjelma</w:t>
      </w:r>
      <w:r w:rsidRPr="34C87670" w:rsidR="71075E40">
        <w:rPr>
          <w:rFonts w:ascii="Arial" w:hAnsi="Arial" w:cs="Arial"/>
          <w:lang w:val="fi-FI"/>
        </w:rPr>
        <w:t>.</w:t>
      </w:r>
    </w:p>
    <w:p w:rsidR="294489FE" w:rsidP="59C129FC" w:rsidRDefault="294489FE" w14:paraId="363233D5" w14:textId="35616CE6">
      <w:pPr>
        <w:pStyle w:val="Merkittyluettelo"/>
        <w:rPr>
          <w:rFonts w:ascii="Arial" w:hAnsi="Arial" w:cs="Arial"/>
          <w:lang w:val="fi-FI"/>
        </w:rPr>
      </w:pPr>
      <w:r w:rsidRPr="1C84BDE1" w:rsidR="66C63E60">
        <w:rPr>
          <w:rFonts w:ascii="Arial" w:hAnsi="Arial" w:cs="Arial"/>
          <w:lang w:val="fi-FI"/>
        </w:rPr>
        <w:t xml:space="preserve">Varmuuskopioi </w:t>
      </w:r>
      <w:r w:rsidRPr="1C84BDE1" w:rsidR="7FC6F0CB">
        <w:rPr>
          <w:rFonts w:ascii="Arial" w:hAnsi="Arial" w:cs="Arial"/>
          <w:lang w:val="fi-FI"/>
        </w:rPr>
        <w:t>tiedostosi</w:t>
      </w:r>
      <w:r w:rsidRPr="1C84BDE1" w:rsidR="66C63E60">
        <w:rPr>
          <w:rFonts w:ascii="Arial" w:hAnsi="Arial" w:cs="Arial"/>
          <w:lang w:val="fi-FI"/>
        </w:rPr>
        <w:t xml:space="preserve"> säännöllisesti.</w:t>
      </w:r>
    </w:p>
    <w:p w:rsidR="4F4B48DA" w:rsidP="4F4B48DA" w:rsidRDefault="4F4B48DA" w14:paraId="498A4B55" w14:textId="2E60AE13">
      <w:pPr>
        <w:pStyle w:val="Merkittyluettelo"/>
        <w:numPr>
          <w:ilvl w:val="0"/>
          <w:numId w:val="0"/>
        </w:numPr>
        <w:ind w:left="360"/>
        <w:rPr>
          <w:rFonts w:ascii="Arial" w:hAnsi="Arial" w:cs="Arial"/>
          <w:lang w:val="fi-FI"/>
        </w:rPr>
      </w:pPr>
    </w:p>
    <w:p w:rsidRPr="00063C53" w:rsidR="00480315" w:rsidRDefault="00000000" w14:paraId="44FA2B17" w14:textId="77777777">
      <w:pPr>
        <w:pStyle w:val="Otsikko2"/>
        <w:rPr>
          <w:rFonts w:ascii="Arial" w:hAnsi="Arial" w:cs="Arial"/>
          <w:lang w:val="fi-FI"/>
        </w:rPr>
      </w:pPr>
      <w:r w:rsidRPr="00063C53">
        <w:rPr>
          <w:rFonts w:ascii="Arial" w:hAnsi="Arial" w:cs="Arial"/>
          <w:lang w:val="fi-FI"/>
        </w:rPr>
        <w:t>3. Sähköposti ja viestintä</w:t>
      </w:r>
    </w:p>
    <w:p w:rsidRPr="00063C53" w:rsidR="00480315" w:rsidRDefault="00000000" w14:paraId="4C53E739" w14:textId="393BFD10">
      <w:pPr>
        <w:pStyle w:val="Merkittyluettelo"/>
        <w:rPr>
          <w:rFonts w:ascii="Arial" w:hAnsi="Arial" w:cs="Arial"/>
          <w:lang w:val="fi-FI"/>
        </w:rPr>
      </w:pPr>
      <w:r w:rsidRPr="18A8597B" w:rsidR="1ACB7CE8">
        <w:rPr>
          <w:rFonts w:ascii="Arial" w:hAnsi="Arial" w:cs="Arial"/>
          <w:lang w:val="fi-FI"/>
        </w:rPr>
        <w:t xml:space="preserve">Älä avaa epäilyttäviä </w:t>
      </w:r>
      <w:r w:rsidRPr="18A8597B" w:rsidR="76742256">
        <w:rPr>
          <w:rFonts w:ascii="Arial" w:hAnsi="Arial" w:cs="Arial"/>
          <w:lang w:val="fi-FI"/>
        </w:rPr>
        <w:t xml:space="preserve">sähköposteja, </w:t>
      </w:r>
      <w:r w:rsidRPr="18A8597B" w:rsidR="0E7A1A85">
        <w:rPr>
          <w:rFonts w:ascii="Arial" w:hAnsi="Arial" w:cs="Arial"/>
          <w:lang w:val="fi-FI"/>
        </w:rPr>
        <w:t>liitteitä tai linkkejä.</w:t>
      </w:r>
      <w:r w:rsidRPr="18A8597B" w:rsidR="3ED39E5A">
        <w:rPr>
          <w:rFonts w:ascii="Arial" w:hAnsi="Arial" w:cs="Arial"/>
          <w:lang w:val="fi-FI"/>
        </w:rPr>
        <w:t xml:space="preserve"> </w:t>
      </w:r>
      <w:r w:rsidRPr="18A8597B" w:rsidR="61B0603C">
        <w:rPr>
          <w:rFonts w:ascii="Arial" w:hAnsi="Arial" w:cs="Arial"/>
          <w:lang w:val="fi-FI"/>
        </w:rPr>
        <w:t>P</w:t>
      </w:r>
      <w:r w:rsidRPr="18A8597B" w:rsidR="1ACB9265">
        <w:rPr>
          <w:rFonts w:ascii="Arial" w:hAnsi="Arial" w:cs="Arial"/>
          <w:lang w:val="fi-FI"/>
        </w:rPr>
        <w:t xml:space="preserve">oista </w:t>
      </w:r>
      <w:r w:rsidRPr="18A8597B" w:rsidR="3545FD26">
        <w:rPr>
          <w:rFonts w:ascii="Arial" w:hAnsi="Arial" w:cs="Arial"/>
          <w:lang w:val="fi-FI"/>
        </w:rPr>
        <w:t>ja estä</w:t>
      </w:r>
      <w:r w:rsidRPr="18A8597B" w:rsidR="010A7A79">
        <w:rPr>
          <w:rFonts w:ascii="Arial" w:hAnsi="Arial" w:cs="Arial"/>
          <w:lang w:val="fi-FI"/>
        </w:rPr>
        <w:t xml:space="preserve"> epäilyttävät sähköpostiviestit. Jos viesti on </w:t>
      </w:r>
      <w:r w:rsidRPr="18A8597B" w:rsidR="010A7A79">
        <w:rPr>
          <w:rFonts w:ascii="Arial" w:hAnsi="Arial" w:cs="Arial"/>
          <w:lang w:val="fi-FI"/>
        </w:rPr>
        <w:t>epäilyttävä</w:t>
      </w:r>
      <w:r w:rsidRPr="18A8597B" w:rsidR="58483157">
        <w:rPr>
          <w:rFonts w:ascii="Arial" w:hAnsi="Arial" w:cs="Arial"/>
          <w:lang w:val="fi-FI"/>
        </w:rPr>
        <w:t>,</w:t>
      </w:r>
      <w:r w:rsidRPr="18A8597B" w:rsidR="010A7A79">
        <w:rPr>
          <w:rFonts w:ascii="Arial" w:hAnsi="Arial" w:cs="Arial"/>
          <w:lang w:val="fi-FI"/>
        </w:rPr>
        <w:t xml:space="preserve"> </w:t>
      </w:r>
      <w:r w:rsidRPr="18A8597B" w:rsidR="010A7A79">
        <w:rPr>
          <w:rFonts w:ascii="Arial" w:hAnsi="Arial" w:cs="Arial"/>
          <w:lang w:val="fi-FI"/>
        </w:rPr>
        <w:t>varmista</w:t>
      </w:r>
      <w:r w:rsidRPr="18A8597B" w:rsidR="010A7A79">
        <w:rPr>
          <w:rFonts w:ascii="Arial" w:hAnsi="Arial" w:cs="Arial"/>
          <w:lang w:val="fi-FI"/>
        </w:rPr>
        <w:t xml:space="preserve"> lähettäjältä viestin oikeellisuus </w:t>
      </w:r>
      <w:r w:rsidRPr="18A8597B" w:rsidR="010A7A79">
        <w:rPr>
          <w:rFonts w:ascii="Arial" w:hAnsi="Arial" w:cs="Arial"/>
          <w:lang w:val="fi-FI"/>
        </w:rPr>
        <w:t>e</w:t>
      </w:r>
      <w:r w:rsidRPr="18A8597B" w:rsidR="7DC4C220">
        <w:rPr>
          <w:rFonts w:ascii="Arial" w:hAnsi="Arial" w:cs="Arial"/>
          <w:lang w:val="fi-FI"/>
        </w:rPr>
        <w:t>sim</w:t>
      </w:r>
      <w:r w:rsidRPr="18A8597B" w:rsidR="010A7A79">
        <w:rPr>
          <w:rFonts w:ascii="Arial" w:hAnsi="Arial" w:cs="Arial"/>
          <w:lang w:val="fi-FI"/>
        </w:rPr>
        <w:t>. puhelimitse.</w:t>
      </w:r>
    </w:p>
    <w:p w:rsidRPr="00063C53" w:rsidR="00480315" w:rsidRDefault="00881521" w14:paraId="49DA55B1" w14:textId="6AA7F825">
      <w:pPr>
        <w:pStyle w:val="Merkittyluettelo"/>
        <w:rPr>
          <w:rFonts w:ascii="Arial" w:hAnsi="Arial" w:cs="Arial"/>
          <w:lang w:val="fi-FI"/>
        </w:rPr>
      </w:pPr>
      <w:r w:rsidRPr="59C129FC" w:rsidR="00881521">
        <w:rPr>
          <w:rFonts w:ascii="Arial" w:hAnsi="Arial" w:cs="Arial"/>
          <w:lang w:val="fi-FI"/>
        </w:rPr>
        <w:t>Tarkista huolellisesti ennen lähetystä läh</w:t>
      </w:r>
      <w:r w:rsidRPr="59C129FC" w:rsidR="00881521">
        <w:rPr>
          <w:rFonts w:ascii="Arial" w:hAnsi="Arial" w:cs="Arial"/>
          <w:lang w:val="fi-FI"/>
        </w:rPr>
        <w:t>e</w:t>
      </w:r>
      <w:r w:rsidRPr="59C129FC" w:rsidR="00881521">
        <w:rPr>
          <w:rFonts w:ascii="Arial" w:hAnsi="Arial" w:cs="Arial"/>
          <w:lang w:val="fi-FI"/>
        </w:rPr>
        <w:t>tyksen vastaanottajalista, viestin ja liitteiden oikeellisuus.</w:t>
      </w:r>
    </w:p>
    <w:p w:rsidRPr="00D74041" w:rsidR="00480315" w:rsidP="00D74041" w:rsidRDefault="00000000" w14:paraId="581634ED" w14:textId="424FF074">
      <w:pPr>
        <w:pStyle w:val="Merkittyluettelo"/>
        <w:rPr>
          <w:rFonts w:ascii="Arial" w:hAnsi="Arial" w:cs="Arial"/>
          <w:lang w:val="fi-FI"/>
        </w:rPr>
      </w:pPr>
      <w:r w:rsidRPr="59C129FC">
        <w:rPr>
          <w:rFonts w:ascii="Arial" w:hAnsi="Arial" w:cs="Arial"/>
          <w:lang w:val="fi-FI"/>
        </w:rPr>
        <w:t>Käytä salausta henkilötietoja sisältävissä viesteissä.</w:t>
      </w:r>
      <w:r w:rsidRPr="59C129FC" w:rsidR="00881521">
        <w:rPr>
          <w:rFonts w:ascii="Arial" w:hAnsi="Arial" w:cs="Arial"/>
          <w:lang w:val="fi-FI"/>
        </w:rPr>
        <w:t xml:space="preserve"> </w:t>
      </w:r>
      <w:r w:rsidRPr="59C129FC" w:rsidR="00881521">
        <w:rPr>
          <w:rFonts w:ascii="Arial" w:hAnsi="Arial" w:cs="Arial"/>
          <w:lang w:val="fi-FI"/>
        </w:rPr>
        <w:t>Älä lähetä henkilötietoja suojaamattomissa sovelluksissa tai sähköpostissa</w:t>
      </w:r>
      <w:r w:rsidRPr="59C129FC" w:rsidR="00881521">
        <w:rPr>
          <w:rFonts w:ascii="Arial" w:hAnsi="Arial" w:cs="Arial"/>
        </w:rPr>
        <w:t>.</w:t>
      </w:r>
      <w:r w:rsidRPr="59C129FC" w:rsidR="00881521">
        <w:rPr>
          <w:rFonts w:ascii="Arial" w:hAnsi="Arial" w:cs="Arial"/>
        </w:rPr>
        <w:t xml:space="preserve"> </w:t>
      </w:r>
      <w:r w:rsidRPr="59C129FC" w:rsidR="00881521">
        <w:rPr>
          <w:rFonts w:ascii="Arial" w:hAnsi="Arial" w:cs="Arial"/>
          <w:lang w:val="fi-FI"/>
        </w:rPr>
        <w:t xml:space="preserve">Ulkopuolisille tai niille, joilla ei ole henkilötietojen käsittelyperustetta, ei saa lähettää henkilötietoja. </w:t>
      </w:r>
    </w:p>
    <w:p w:rsidR="0480463E" w:rsidP="59C129FC" w:rsidRDefault="0480463E" w14:paraId="2B3CD3FA" w14:noSpellErr="1" w14:textId="0C706C1F">
      <w:pPr>
        <w:pStyle w:val="Merkittyluettelo"/>
        <w:rPr>
          <w:rFonts w:ascii="Arial" w:hAnsi="Arial" w:cs="Arial"/>
          <w:lang w:val="fi-FI"/>
        </w:rPr>
      </w:pPr>
      <w:r w:rsidRPr="49B51BA0" w:rsidR="0480463E">
        <w:rPr>
          <w:rFonts w:ascii="Arial" w:hAnsi="Arial" w:cs="Arial"/>
          <w:lang w:val="fi-FI"/>
        </w:rPr>
        <w:t>Whats</w:t>
      </w:r>
      <w:r w:rsidRPr="49B51BA0" w:rsidR="0D004C59">
        <w:rPr>
          <w:rFonts w:ascii="Arial" w:hAnsi="Arial" w:cs="Arial"/>
          <w:lang w:val="fi-FI"/>
        </w:rPr>
        <w:t>A</w:t>
      </w:r>
      <w:r w:rsidRPr="49B51BA0" w:rsidR="0480463E">
        <w:rPr>
          <w:rFonts w:ascii="Arial" w:hAnsi="Arial" w:cs="Arial"/>
          <w:lang w:val="fi-FI"/>
        </w:rPr>
        <w:t>pp</w:t>
      </w:r>
      <w:r w:rsidRPr="49B51BA0" w:rsidR="0480463E">
        <w:rPr>
          <w:rFonts w:ascii="Arial" w:hAnsi="Arial" w:cs="Arial"/>
          <w:lang w:val="fi-FI"/>
        </w:rPr>
        <w:t xml:space="preserve"> tms. ei ole tietoturvallinen palvelu henkilötietojen käsittelyyn.</w:t>
      </w:r>
    </w:p>
    <w:p w:rsidR="05E66E49" w:rsidP="59C129FC" w:rsidRDefault="05E66E49" w14:paraId="512246D2" w14:textId="58B51D87">
      <w:pPr>
        <w:pStyle w:val="Merkittyluettelo"/>
        <w:rPr>
          <w:rFonts w:ascii="Arial" w:hAnsi="Arial" w:cs="Arial"/>
          <w:lang w:val="fi-FI"/>
        </w:rPr>
      </w:pPr>
      <w:r w:rsidRPr="4F4B48DA" w:rsidR="05E66E49">
        <w:rPr>
          <w:rFonts w:ascii="Arial" w:hAnsi="Arial" w:cs="Arial"/>
          <w:lang w:val="fi-FI"/>
        </w:rPr>
        <w:t>Älä käsit</w:t>
      </w:r>
      <w:r w:rsidRPr="4F4B48DA" w:rsidR="3603F660">
        <w:rPr>
          <w:rFonts w:ascii="Arial" w:hAnsi="Arial" w:cs="Arial"/>
          <w:lang w:val="fi-FI"/>
        </w:rPr>
        <w:t>t</w:t>
      </w:r>
      <w:r w:rsidRPr="4F4B48DA" w:rsidR="05E66E49">
        <w:rPr>
          <w:rFonts w:ascii="Arial" w:hAnsi="Arial" w:cs="Arial"/>
          <w:lang w:val="fi-FI"/>
        </w:rPr>
        <w:t>ele sähköpostissa käyttäjätunnuksia tai salasanoja.</w:t>
      </w:r>
    </w:p>
    <w:p w:rsidR="4F4B48DA" w:rsidP="4F4B48DA" w:rsidRDefault="4F4B48DA" w14:paraId="3C324455" w14:textId="7C05D08C">
      <w:pPr>
        <w:pStyle w:val="Merkittyluettelo"/>
        <w:numPr>
          <w:ilvl w:val="0"/>
          <w:numId w:val="0"/>
        </w:numPr>
        <w:ind w:left="360"/>
        <w:rPr>
          <w:rFonts w:ascii="Arial" w:hAnsi="Arial" w:cs="Arial"/>
          <w:lang w:val="fi-FI"/>
        </w:rPr>
      </w:pPr>
    </w:p>
    <w:p w:rsidRPr="00881521" w:rsidR="00881521" w:rsidP="00881521" w:rsidRDefault="00000000" w14:paraId="764B650E" w14:textId="697E38D0">
      <w:pPr>
        <w:pStyle w:val="Otsikko2"/>
        <w:rPr>
          <w:rFonts w:ascii="Arial" w:hAnsi="Arial" w:cs="Arial"/>
          <w:lang w:val="fi-FI"/>
        </w:rPr>
      </w:pPr>
      <w:r w:rsidRPr="00063C53">
        <w:rPr>
          <w:rFonts w:ascii="Arial" w:hAnsi="Arial" w:cs="Arial"/>
          <w:lang w:val="fi-FI"/>
        </w:rPr>
        <w:t xml:space="preserve">4. </w:t>
      </w:r>
      <w:r w:rsidR="00881521">
        <w:rPr>
          <w:rFonts w:ascii="Arial" w:hAnsi="Arial" w:cs="Arial"/>
          <w:lang w:val="fi-FI"/>
        </w:rPr>
        <w:t>Pankki ja viranomaispalvelut</w:t>
      </w:r>
    </w:p>
    <w:p w:rsidRPr="00063C53" w:rsidR="00480315" w:rsidRDefault="00881521" w14:paraId="046BD9F7" w14:textId="0634DD45">
      <w:pPr>
        <w:pStyle w:val="Merkittyluettelo"/>
        <w:rPr>
          <w:rFonts w:ascii="Arial" w:hAnsi="Arial" w:cs="Arial"/>
          <w:lang w:val="fi-FI"/>
        </w:rPr>
      </w:pPr>
      <w:r w:rsidRPr="256B07C5" w:rsidR="00881521">
        <w:rPr>
          <w:rFonts w:ascii="Arial" w:hAnsi="Arial" w:cs="Arial"/>
          <w:lang w:val="fi-FI"/>
        </w:rPr>
        <w:t>Säilytä</w:t>
      </w:r>
      <w:r w:rsidRPr="256B07C5" w:rsidR="2012E03C">
        <w:rPr>
          <w:rFonts w:ascii="Arial" w:hAnsi="Arial" w:cs="Arial"/>
          <w:lang w:val="fi-FI"/>
        </w:rPr>
        <w:t xml:space="preserve"> </w:t>
      </w:r>
      <w:r w:rsidRPr="256B07C5" w:rsidR="017FEF2D">
        <w:rPr>
          <w:rFonts w:ascii="Arial" w:hAnsi="Arial" w:cs="Arial"/>
          <w:lang w:val="fi-FI"/>
        </w:rPr>
        <w:t>verkkopankkitunnukset</w:t>
      </w:r>
      <w:r w:rsidRPr="256B07C5" w:rsidR="017FEF2D">
        <w:rPr>
          <w:rFonts w:ascii="Arial" w:hAnsi="Arial" w:cs="Arial"/>
          <w:lang w:val="fi-FI"/>
        </w:rPr>
        <w:t>,</w:t>
      </w:r>
      <w:r w:rsidRPr="256B07C5" w:rsidR="00881521">
        <w:rPr>
          <w:rFonts w:ascii="Arial" w:hAnsi="Arial" w:cs="Arial"/>
          <w:lang w:val="fi-FI"/>
        </w:rPr>
        <w:t xml:space="preserve"> pankkikortti</w:t>
      </w:r>
      <w:r w:rsidRPr="256B07C5" w:rsidR="23585863">
        <w:rPr>
          <w:rFonts w:ascii="Arial" w:hAnsi="Arial" w:cs="Arial"/>
          <w:lang w:val="fi-FI"/>
        </w:rPr>
        <w:t xml:space="preserve"> ja sen tunnukset</w:t>
      </w:r>
      <w:r w:rsidRPr="256B07C5" w:rsidR="00881521">
        <w:rPr>
          <w:rFonts w:ascii="Arial" w:hAnsi="Arial" w:cs="Arial"/>
          <w:lang w:val="fi-FI"/>
        </w:rPr>
        <w:t xml:space="preserve"> </w:t>
      </w:r>
      <w:r w:rsidRPr="256B07C5" w:rsidR="6D7C97D9">
        <w:rPr>
          <w:rFonts w:ascii="Arial" w:hAnsi="Arial" w:cs="Arial"/>
          <w:lang w:val="fi-FI"/>
        </w:rPr>
        <w:t>sekä</w:t>
      </w:r>
      <w:r w:rsidRPr="256B07C5" w:rsidR="00881521">
        <w:rPr>
          <w:rFonts w:ascii="Arial" w:hAnsi="Arial" w:cs="Arial"/>
          <w:lang w:val="fi-FI"/>
        </w:rPr>
        <w:t xml:space="preserve"> </w:t>
      </w:r>
      <w:r w:rsidRPr="256B07C5" w:rsidR="680BC657">
        <w:rPr>
          <w:rFonts w:ascii="Arial" w:hAnsi="Arial" w:cs="Arial"/>
          <w:lang w:val="fi-FI"/>
        </w:rPr>
        <w:t>kaikki yhdistyksen toimintaan liittyvät tunnukset</w:t>
      </w:r>
      <w:r w:rsidRPr="256B07C5" w:rsidR="00881521">
        <w:rPr>
          <w:rFonts w:ascii="Arial" w:hAnsi="Arial" w:cs="Arial"/>
          <w:lang w:val="fi-FI"/>
        </w:rPr>
        <w:t xml:space="preserve"> huolellisesti. Älä luovuta niitä ulkopuolisille. </w:t>
      </w:r>
    </w:p>
    <w:p w:rsidRPr="00881521" w:rsidR="00480315" w:rsidP="256B07C5" w:rsidRDefault="00881521" w14:paraId="5CCBD7F1" w14:textId="688C8293">
      <w:pPr>
        <w:pStyle w:val="Merkittyluettelo"/>
        <w:rPr>
          <w:rFonts w:ascii="Arial" w:hAnsi="Arial" w:cs="Arial"/>
          <w:lang w:val="fi-FI"/>
        </w:rPr>
      </w:pPr>
      <w:r w:rsidRPr="256B07C5" w:rsidR="150F7631">
        <w:rPr>
          <w:rFonts w:ascii="Arial" w:hAnsi="Arial" w:cs="Arial"/>
          <w:lang w:val="fi-FI"/>
        </w:rPr>
        <w:t xml:space="preserve">Kirjaudu </w:t>
      </w:r>
      <w:r w:rsidRPr="256B07C5" w:rsidR="150F7631">
        <w:rPr>
          <w:rFonts w:ascii="Arial" w:hAnsi="Arial" w:cs="Arial"/>
          <w:lang w:val="fi-FI"/>
        </w:rPr>
        <w:t>pankki-</w:t>
      </w:r>
      <w:r w:rsidRPr="256B07C5" w:rsidR="569EB352">
        <w:rPr>
          <w:rFonts w:ascii="Arial" w:hAnsi="Arial" w:cs="Arial"/>
          <w:lang w:val="fi-FI"/>
        </w:rPr>
        <w:t>,</w:t>
      </w:r>
      <w:r w:rsidRPr="256B07C5" w:rsidR="150F7631">
        <w:rPr>
          <w:rFonts w:ascii="Arial" w:hAnsi="Arial" w:cs="Arial"/>
          <w:lang w:val="fi-FI"/>
        </w:rPr>
        <w:t xml:space="preserve"> </w:t>
      </w:r>
      <w:r w:rsidRPr="256B07C5" w:rsidR="150F7631">
        <w:rPr>
          <w:rFonts w:ascii="Arial" w:hAnsi="Arial" w:cs="Arial"/>
          <w:lang w:val="fi-FI"/>
        </w:rPr>
        <w:t xml:space="preserve">vakuutus- ja viranomaispalveluihin kirjoittamalla osoite suoraan selaimen osoiteriville. </w:t>
      </w:r>
      <w:r w:rsidRPr="256B07C5" w:rsidR="03639258">
        <w:rPr>
          <w:rFonts w:ascii="Arial" w:hAnsi="Arial" w:cs="Arial"/>
          <w:lang w:val="fi-FI"/>
        </w:rPr>
        <w:t xml:space="preserve">Älä </w:t>
      </w:r>
      <w:r w:rsidRPr="256B07C5" w:rsidR="3DD8FAEF">
        <w:rPr>
          <w:rFonts w:ascii="Arial" w:hAnsi="Arial" w:cs="Arial"/>
          <w:lang w:val="fi-FI"/>
        </w:rPr>
        <w:t xml:space="preserve">käytä </w:t>
      </w:r>
      <w:r w:rsidRPr="256B07C5" w:rsidR="03639258">
        <w:rPr>
          <w:rFonts w:ascii="Arial" w:hAnsi="Arial" w:cs="Arial"/>
          <w:lang w:val="fi-FI"/>
        </w:rPr>
        <w:t xml:space="preserve">hakupalveluita. Tietoturvallisia </w:t>
      </w:r>
      <w:r w:rsidRPr="256B07C5" w:rsidR="03639258">
        <w:rPr>
          <w:rFonts w:ascii="Arial" w:hAnsi="Arial" w:cs="Arial"/>
          <w:lang w:val="fi-FI"/>
        </w:rPr>
        <w:t>mobiilisovelluksia</w:t>
      </w:r>
      <w:r w:rsidRPr="256B07C5" w:rsidR="03639258">
        <w:rPr>
          <w:rFonts w:ascii="Arial" w:hAnsi="Arial" w:cs="Arial"/>
          <w:lang w:val="fi-FI"/>
        </w:rPr>
        <w:t xml:space="preserve"> voi käyttää</w:t>
      </w:r>
      <w:r w:rsidRPr="256B07C5" w:rsidR="4617B592">
        <w:rPr>
          <w:rFonts w:ascii="Arial" w:hAnsi="Arial" w:cs="Arial"/>
          <w:lang w:val="fi-FI"/>
        </w:rPr>
        <w:t xml:space="preserve"> asioinnissa</w:t>
      </w:r>
      <w:r w:rsidRPr="256B07C5" w:rsidR="03639258">
        <w:rPr>
          <w:rFonts w:ascii="Arial" w:hAnsi="Arial" w:cs="Arial"/>
          <w:lang w:val="fi-FI"/>
        </w:rPr>
        <w:t xml:space="preserve">. </w:t>
      </w:r>
    </w:p>
    <w:p w:rsidRPr="00881521" w:rsidR="00881521" w:rsidP="00881521" w:rsidRDefault="00881521" w14:paraId="1686BCD7" w14:textId="7D40FC40">
      <w:pPr>
        <w:pStyle w:val="Merkittyluettelo"/>
        <w:rPr>
          <w:rFonts w:ascii="Arial" w:hAnsi="Arial" w:cs="Arial"/>
        </w:rPr>
      </w:pPr>
      <w:r w:rsidRPr="59C129FC" w:rsidR="00881521">
        <w:rPr>
          <w:rFonts w:ascii="Arial" w:hAnsi="Arial" w:cs="Arial"/>
          <w:lang w:val="fi-FI"/>
        </w:rPr>
        <w:t>Ole tarkkana, jos palvelussa on normaalista poikkeava näkymä.</w:t>
      </w:r>
    </w:p>
    <w:p w:rsidRPr="00063C53" w:rsidR="00480315" w:rsidP="59C129FC" w:rsidRDefault="00000000" w14:paraId="1C5EFB20" w14:textId="2CC23342">
      <w:pPr>
        <w:pStyle w:val="Merkittyluettelo"/>
        <w:rPr>
          <w:rFonts w:ascii="Arial" w:hAnsi="Arial" w:cs="Arial"/>
          <w:lang w:val="fi-FI"/>
        </w:rPr>
      </w:pPr>
      <w:r w:rsidRPr="256B07C5" w:rsidR="00881521">
        <w:rPr>
          <w:rFonts w:ascii="Arial" w:hAnsi="Arial" w:cs="Arial"/>
          <w:lang w:val="fi-FI"/>
        </w:rPr>
        <w:t xml:space="preserve">Älä </w:t>
      </w:r>
      <w:r w:rsidRPr="256B07C5" w:rsidR="00881521">
        <w:rPr>
          <w:rFonts w:ascii="Arial" w:hAnsi="Arial" w:cs="Arial"/>
          <w:lang w:val="fi-FI"/>
        </w:rPr>
        <w:t>kirjau</w:t>
      </w:r>
      <w:r w:rsidRPr="256B07C5" w:rsidR="733BEDF2">
        <w:rPr>
          <w:rFonts w:ascii="Arial" w:hAnsi="Arial" w:cs="Arial"/>
          <w:lang w:val="fi-FI"/>
        </w:rPr>
        <w:t>d</w:t>
      </w:r>
      <w:r w:rsidRPr="256B07C5" w:rsidR="00881521">
        <w:rPr>
          <w:rFonts w:ascii="Arial" w:hAnsi="Arial" w:cs="Arial"/>
          <w:lang w:val="fi-FI"/>
        </w:rPr>
        <w:t>u</w:t>
      </w:r>
      <w:r w:rsidRPr="256B07C5" w:rsidR="00881521">
        <w:rPr>
          <w:rFonts w:ascii="Arial" w:hAnsi="Arial" w:cs="Arial"/>
          <w:lang w:val="fi-FI"/>
        </w:rPr>
        <w:t xml:space="preserve"> asiointipalveluihin tekstiviestissä tai sähköpostissa olevien linkkien kautta. </w:t>
      </w:r>
      <w:r w:rsidRPr="256B07C5" w:rsidR="00881521">
        <w:rPr>
          <w:rFonts w:ascii="Arial" w:hAnsi="Arial" w:cs="Arial"/>
          <w:lang w:val="fi-FI"/>
        </w:rPr>
        <w:t>Viranomaiset tai pankki eivät lähetä kirjautumislinkkejä sähköpostitse tai kysele tunnuksia</w:t>
      </w:r>
      <w:r w:rsidRPr="256B07C5" w:rsidR="51D743E2">
        <w:rPr>
          <w:rFonts w:ascii="Arial" w:hAnsi="Arial" w:cs="Arial"/>
          <w:lang w:val="fi-FI"/>
        </w:rPr>
        <w:t xml:space="preserve"> puhelimitse tai viesteillä</w:t>
      </w:r>
      <w:r w:rsidRPr="256B07C5" w:rsidR="00881521">
        <w:rPr>
          <w:rFonts w:ascii="Arial" w:hAnsi="Arial" w:cs="Arial"/>
          <w:lang w:val="fi-FI"/>
        </w:rPr>
        <w:t>.</w:t>
      </w:r>
    </w:p>
    <w:p w:rsidRPr="00063C53" w:rsidR="00480315" w:rsidP="59C129FC" w:rsidRDefault="00000000" w14:paraId="13281996" w14:textId="425321BC">
      <w:pPr>
        <w:pStyle w:val="Merkittyluettelo"/>
        <w:rPr>
          <w:rFonts w:ascii="Arial" w:hAnsi="Arial" w:cs="Arial"/>
          <w:lang w:val="fi-FI"/>
        </w:rPr>
      </w:pPr>
      <w:r w:rsidRPr="4F4B48DA" w:rsidR="00D74041">
        <w:rPr>
          <w:rFonts w:ascii="Arial" w:hAnsi="Arial" w:cs="Arial"/>
          <w:lang w:val="fi-FI"/>
        </w:rPr>
        <w:t xml:space="preserve">Pankkitietoja ei saa lähettää sähköpostissa. Tiliasiakirjoja säilytetään lukitussa </w:t>
      </w:r>
      <w:r w:rsidRPr="4F4B48DA" w:rsidR="00D74041">
        <w:rPr>
          <w:rFonts w:ascii="Arial" w:hAnsi="Arial" w:cs="Arial"/>
          <w:lang w:val="fi-FI"/>
        </w:rPr>
        <w:t>tilassa.</w:t>
      </w:r>
      <w:r w:rsidRPr="4F4B48DA" w:rsidR="51666078">
        <w:rPr>
          <w:rFonts w:ascii="Arial" w:hAnsi="Arial" w:cs="Arial"/>
          <w:lang w:val="fi-FI"/>
        </w:rPr>
        <w:t xml:space="preserve"> </w:t>
      </w:r>
      <w:r w:rsidRPr="4F4B48DA" w:rsidR="10803A6C">
        <w:rPr>
          <w:rFonts w:ascii="Arial" w:hAnsi="Arial" w:cs="Arial"/>
          <w:lang w:val="fi-FI"/>
        </w:rPr>
        <w:t>Käytä</w:t>
      </w:r>
      <w:r w:rsidRPr="4F4B48DA" w:rsidR="10803A6C">
        <w:rPr>
          <w:rFonts w:ascii="Arial" w:hAnsi="Arial" w:cs="Arial"/>
          <w:lang w:val="fi-FI"/>
        </w:rPr>
        <w:t xml:space="preserve"> mahdollisuuksien mukaan henkilötietojen käsittelyssä OAJ:n yhteydenottolomakkeita ja pankin ja viranomaistahojen yhteydenottojärjestelmiä.</w:t>
      </w:r>
    </w:p>
    <w:p w:rsidR="4F4B48DA" w:rsidP="4F4B48DA" w:rsidRDefault="4F4B48DA" w14:paraId="01532735" w14:textId="4964CC22">
      <w:pPr>
        <w:pStyle w:val="Merkittyluettelo"/>
        <w:numPr>
          <w:ilvl w:val="0"/>
          <w:numId w:val="0"/>
        </w:numPr>
        <w:ind w:left="360"/>
        <w:rPr>
          <w:rFonts w:ascii="Arial" w:hAnsi="Arial" w:cs="Arial"/>
          <w:lang w:val="fi-FI"/>
        </w:rPr>
      </w:pPr>
    </w:p>
    <w:p w:rsidRPr="00D74041" w:rsidR="00480315" w:rsidRDefault="00000000" w14:paraId="3E4251C3" w14:textId="5F2FB40F">
      <w:pPr>
        <w:pStyle w:val="Otsikko2"/>
        <w:rPr>
          <w:rFonts w:ascii="Arial" w:hAnsi="Arial" w:cs="Arial"/>
          <w:lang w:val="fi-FI"/>
        </w:rPr>
      </w:pPr>
      <w:r w:rsidRPr="59C129FC" w:rsidR="00CE8671">
        <w:rPr>
          <w:rFonts w:ascii="Arial" w:hAnsi="Arial" w:cs="Arial"/>
        </w:rPr>
        <w:t>5.</w:t>
      </w:r>
      <w:r w:rsidRPr="59C129FC">
        <w:rPr>
          <w:rFonts w:ascii="Arial" w:hAnsi="Arial" w:cs="Arial"/>
        </w:rPr>
        <w:t xml:space="preserve"> </w:t>
      </w:r>
      <w:r w:rsidRPr="59C129FC">
        <w:rPr>
          <w:rFonts w:ascii="Arial" w:hAnsi="Arial" w:cs="Arial"/>
          <w:lang w:val="fi-FI"/>
        </w:rPr>
        <w:t>Kokoukset</w:t>
      </w:r>
      <w:r w:rsidRPr="59C129FC" w:rsidR="00881521">
        <w:rPr>
          <w:rFonts w:ascii="Arial" w:hAnsi="Arial" w:cs="Arial"/>
          <w:lang w:val="fi-FI"/>
        </w:rPr>
        <w:t>, materiaalit ja yhdistykse</w:t>
      </w:r>
      <w:r w:rsidRPr="59C129FC" w:rsidR="00D74041">
        <w:rPr>
          <w:rFonts w:ascii="Arial" w:hAnsi="Arial" w:cs="Arial"/>
          <w:lang w:val="fi-FI"/>
        </w:rPr>
        <w:t>n järjestelmät</w:t>
      </w:r>
    </w:p>
    <w:p w:rsidRPr="00D74041" w:rsidR="00480315" w:rsidRDefault="00D74041" w14:paraId="1147829B" w14:textId="0A98680B">
      <w:pPr>
        <w:pStyle w:val="Merkittyluettelo"/>
        <w:rPr>
          <w:rFonts w:ascii="Arial" w:hAnsi="Arial" w:cs="Arial"/>
          <w:lang w:val="fi-FI"/>
        </w:rPr>
      </w:pPr>
      <w:r w:rsidRPr="59C129FC" w:rsidR="00D74041">
        <w:rPr>
          <w:rFonts w:ascii="Arial" w:hAnsi="Arial" w:cs="Arial"/>
          <w:lang w:val="fi-FI"/>
        </w:rPr>
        <w:t xml:space="preserve">Luottamustehtäväsi tai työsi kautta saamasi materiaalit ja aineistot on tarkoitettu sinun käyttöösi tehtävän hoitamista varten. </w:t>
      </w:r>
    </w:p>
    <w:p w:rsidRPr="00D74041" w:rsidR="00480315" w:rsidRDefault="00000000" w14:paraId="7F6A22D6" w14:textId="35C10F8D">
      <w:pPr>
        <w:pStyle w:val="Merkittyluettelo"/>
        <w:rPr>
          <w:rFonts w:ascii="Arial" w:hAnsi="Arial" w:cs="Arial"/>
          <w:lang w:val="fi-FI"/>
        </w:rPr>
      </w:pPr>
      <w:r w:rsidRPr="256B07C5">
        <w:rPr>
          <w:rFonts w:ascii="Arial" w:hAnsi="Arial" w:cs="Arial"/>
          <w:lang w:val="fi-FI"/>
        </w:rPr>
        <w:t>Älä jaa</w:t>
      </w:r>
      <w:r w:rsidRPr="256B07C5" w:rsidR="00D74041">
        <w:rPr>
          <w:rFonts w:ascii="Arial" w:hAnsi="Arial" w:cs="Arial"/>
          <w:lang w:val="fi-FI"/>
        </w:rPr>
        <w:t xml:space="preserve"> materiaaleja tai linkkejä niihin ulkopuolisille.</w:t>
      </w:r>
    </w:p>
    <w:p w:rsidRPr="00D74041" w:rsidR="00480315" w:rsidP="256B07C5" w:rsidRDefault="00D74041" w14:paraId="25C7643B" w14:textId="6451B0E0">
      <w:pPr>
        <w:pStyle w:val="Merkittyluettelo"/>
        <w:rPr>
          <w:rFonts w:ascii="Arial" w:hAnsi="Arial" w:cs="Arial"/>
          <w:lang w:val="en-US"/>
        </w:rPr>
      </w:pPr>
      <w:r w:rsidRPr="256B07C5" w:rsidR="22A0CBA5">
        <w:rPr>
          <w:rFonts w:ascii="Arial" w:hAnsi="Arial" w:cs="Arial"/>
          <w:lang w:val="en-US"/>
        </w:rPr>
        <w:t>Käyttöoikeudet yhdistyksen järjestelmiin</w:t>
      </w:r>
      <w:r w:rsidRPr="256B07C5" w:rsidR="22A0CBA5">
        <w:rPr>
          <w:rFonts w:ascii="Arial" w:hAnsi="Arial" w:cs="Arial"/>
          <w:lang w:val="en-US"/>
        </w:rPr>
        <w:t xml:space="preserve"> </w:t>
      </w:r>
      <w:r w:rsidRPr="256B07C5" w:rsidR="5A4F32BD">
        <w:rPr>
          <w:rFonts w:ascii="Arial" w:hAnsi="Arial" w:cs="Arial"/>
          <w:lang w:val="en-US"/>
        </w:rPr>
        <w:t xml:space="preserve">esim. Office, </w:t>
      </w:r>
      <w:r w:rsidRPr="256B07C5" w:rsidR="5A4F32BD">
        <w:rPr>
          <w:rFonts w:ascii="Arial" w:hAnsi="Arial" w:cs="Arial"/>
          <w:lang w:val="en-US"/>
        </w:rPr>
        <w:t>Teams</w:t>
      </w:r>
      <w:r w:rsidRPr="256B07C5" w:rsidR="5A4F32BD">
        <w:rPr>
          <w:rFonts w:ascii="Arial" w:hAnsi="Arial" w:cs="Arial"/>
          <w:lang w:val="en-US"/>
        </w:rPr>
        <w:t xml:space="preserve">, FB </w:t>
      </w:r>
      <w:r w:rsidRPr="256B07C5" w:rsidR="22A0CBA5">
        <w:rPr>
          <w:rFonts w:ascii="Arial" w:hAnsi="Arial" w:cs="Arial"/>
          <w:lang w:val="en-US"/>
        </w:rPr>
        <w:t xml:space="preserve">poistetaan tehtävän päättyessä. </w:t>
      </w:r>
    </w:p>
    <w:p w:rsidR="432F2F6E" w:rsidP="58C92F99" w:rsidRDefault="432F2F6E" w14:paraId="49B58510" w14:textId="19C714A9">
      <w:pPr>
        <w:pStyle w:val="Merkittyluettelo"/>
        <w:rPr>
          <w:rFonts w:ascii="Arial" w:hAnsi="Arial" w:cs="Arial"/>
          <w:lang w:val="fi-FI"/>
        </w:rPr>
      </w:pPr>
      <w:r w:rsidRPr="59C129FC" w:rsidR="432F2F6E">
        <w:rPr>
          <w:rFonts w:ascii="Arial" w:hAnsi="Arial" w:cs="Arial"/>
          <w:lang w:val="fi-FI"/>
        </w:rPr>
        <w:t>Varmista, että pöytäkirjojen, muistioiden</w:t>
      </w:r>
      <w:r w:rsidRPr="59C129FC" w:rsidR="71549148">
        <w:rPr>
          <w:rFonts w:ascii="Arial" w:hAnsi="Arial" w:cs="Arial"/>
          <w:lang w:val="fi-FI"/>
        </w:rPr>
        <w:t xml:space="preserve">, </w:t>
      </w:r>
      <w:r w:rsidRPr="59C129FC" w:rsidR="432F2F6E">
        <w:rPr>
          <w:rFonts w:ascii="Arial" w:hAnsi="Arial" w:cs="Arial"/>
          <w:lang w:val="fi-FI"/>
        </w:rPr>
        <w:t xml:space="preserve">pöytäkirjanotteiden </w:t>
      </w:r>
      <w:r w:rsidRPr="59C129FC" w:rsidR="0A8AEC19">
        <w:rPr>
          <w:rFonts w:ascii="Arial" w:hAnsi="Arial" w:cs="Arial"/>
          <w:lang w:val="fi-FI"/>
        </w:rPr>
        <w:t>t</w:t>
      </w:r>
      <w:r w:rsidRPr="59C129FC" w:rsidR="0A8AEC19">
        <w:rPr>
          <w:rFonts w:ascii="Arial" w:hAnsi="Arial" w:cs="Arial"/>
          <w:lang w:val="fi-FI"/>
        </w:rPr>
        <w:t>a</w:t>
      </w:r>
      <w:r w:rsidRPr="59C129FC" w:rsidR="0A8AEC19">
        <w:rPr>
          <w:rFonts w:ascii="Arial" w:hAnsi="Arial" w:cs="Arial"/>
          <w:lang w:val="fi-FI"/>
        </w:rPr>
        <w:t>i</w:t>
      </w:r>
      <w:r w:rsidRPr="59C129FC" w:rsidR="0A8AEC19">
        <w:rPr>
          <w:rFonts w:ascii="Arial" w:hAnsi="Arial" w:cs="Arial"/>
          <w:lang w:val="fi-FI"/>
        </w:rPr>
        <w:t xml:space="preserve"> </w:t>
      </w:r>
      <w:r w:rsidRPr="59C129FC" w:rsidR="432F2F6E">
        <w:rPr>
          <w:rFonts w:ascii="Arial" w:hAnsi="Arial" w:cs="Arial"/>
          <w:lang w:val="fi-FI"/>
        </w:rPr>
        <w:t>m</w:t>
      </w:r>
      <w:r w:rsidRPr="59C129FC" w:rsidR="0A8AEC19">
        <w:rPr>
          <w:rFonts w:ascii="Arial" w:hAnsi="Arial" w:cs="Arial"/>
          <w:lang w:val="fi-FI"/>
        </w:rPr>
        <w:t>u</w:t>
      </w:r>
      <w:r w:rsidRPr="59C129FC" w:rsidR="0A8AEC19">
        <w:rPr>
          <w:rFonts w:ascii="Arial" w:hAnsi="Arial" w:cs="Arial"/>
          <w:lang w:val="fi-FI"/>
        </w:rPr>
        <w:t>i</w:t>
      </w:r>
      <w:r w:rsidRPr="59C129FC" w:rsidR="0A8AEC19">
        <w:rPr>
          <w:rFonts w:ascii="Arial" w:hAnsi="Arial" w:cs="Arial"/>
          <w:lang w:val="fi-FI"/>
        </w:rPr>
        <w:t>d</w:t>
      </w:r>
      <w:r w:rsidRPr="59C129FC" w:rsidR="0A8AEC19">
        <w:rPr>
          <w:rFonts w:ascii="Arial" w:hAnsi="Arial" w:cs="Arial"/>
          <w:lang w:val="fi-FI"/>
        </w:rPr>
        <w:t xml:space="preserve">en </w:t>
      </w:r>
      <w:r w:rsidRPr="59C129FC" w:rsidR="0A8AEC19">
        <w:rPr>
          <w:rFonts w:ascii="Arial" w:hAnsi="Arial" w:cs="Arial"/>
          <w:lang w:val="fi-FI"/>
        </w:rPr>
        <w:t>a</w:t>
      </w:r>
      <w:r w:rsidRPr="59C129FC" w:rsidR="0A8AEC19">
        <w:rPr>
          <w:rFonts w:ascii="Arial" w:hAnsi="Arial" w:cs="Arial"/>
          <w:lang w:val="fi-FI"/>
        </w:rPr>
        <w:t>s</w:t>
      </w:r>
      <w:r w:rsidRPr="59C129FC" w:rsidR="0A8AEC19">
        <w:rPr>
          <w:rFonts w:ascii="Arial" w:hAnsi="Arial" w:cs="Arial"/>
          <w:lang w:val="fi-FI"/>
        </w:rPr>
        <w:t>i</w:t>
      </w:r>
      <w:r w:rsidRPr="59C129FC" w:rsidR="0A8AEC19">
        <w:rPr>
          <w:rFonts w:ascii="Arial" w:hAnsi="Arial" w:cs="Arial"/>
          <w:lang w:val="fi-FI"/>
        </w:rPr>
        <w:t xml:space="preserve">akirjojen </w:t>
      </w:r>
      <w:r w:rsidRPr="59C129FC" w:rsidR="432F2F6E">
        <w:rPr>
          <w:rFonts w:ascii="Arial" w:hAnsi="Arial" w:cs="Arial"/>
          <w:lang w:val="fi-FI"/>
        </w:rPr>
        <w:t>m</w:t>
      </w:r>
      <w:r w:rsidRPr="59C129FC" w:rsidR="432F2F6E">
        <w:rPr>
          <w:rFonts w:ascii="Arial" w:hAnsi="Arial" w:cs="Arial"/>
          <w:lang w:val="fi-FI"/>
        </w:rPr>
        <w:t>ukana ei vahingossa siirry tarpeettomia tai arkaluonteisia henkilötietoja.</w:t>
      </w:r>
    </w:p>
    <w:p w:rsidRPr="00063C53" w:rsidR="00480315" w:rsidP="59C129FC" w:rsidRDefault="00480315" w14:paraId="018BF6B5" w14:textId="344ED18D">
      <w:pPr>
        <w:pStyle w:val="Merkittyluettelo"/>
        <w:rPr>
          <w:rFonts w:ascii="Arial" w:hAnsi="Arial" w:cs="Arial"/>
          <w:lang w:val="fi-FI"/>
        </w:rPr>
      </w:pPr>
      <w:r w:rsidRPr="59C129FC" w:rsidR="6FD1ACEA">
        <w:rPr>
          <w:rFonts w:ascii="Arial" w:hAnsi="Arial" w:cs="Arial"/>
          <w:lang w:val="fi-FI"/>
        </w:rPr>
        <w:t>Osallistu etäkokouksiin tilassa t</w:t>
      </w:r>
      <w:r w:rsidRPr="59C129FC" w:rsidR="513A8DA0">
        <w:rPr>
          <w:rFonts w:ascii="Arial" w:hAnsi="Arial" w:cs="Arial"/>
          <w:lang w:val="fi-FI"/>
        </w:rPr>
        <w:t>ai</w:t>
      </w:r>
      <w:r w:rsidRPr="59C129FC" w:rsidR="6FD1ACEA">
        <w:rPr>
          <w:rFonts w:ascii="Arial" w:hAnsi="Arial" w:cs="Arial"/>
          <w:lang w:val="fi-FI"/>
        </w:rPr>
        <w:t xml:space="preserve"> ympäristössä, jossa ulkopuoliset eivät pääse käsiksi kok</w:t>
      </w:r>
      <w:r w:rsidRPr="59C129FC" w:rsidR="6DB2611B">
        <w:rPr>
          <w:rFonts w:ascii="Arial" w:hAnsi="Arial" w:cs="Arial"/>
          <w:lang w:val="fi-FI"/>
        </w:rPr>
        <w:t>o</w:t>
      </w:r>
      <w:r w:rsidRPr="59C129FC" w:rsidR="6FD1ACEA">
        <w:rPr>
          <w:rFonts w:ascii="Arial" w:hAnsi="Arial" w:cs="Arial"/>
          <w:lang w:val="fi-FI"/>
        </w:rPr>
        <w:t>uksessa käsiteltäviin asioihin tai materiaaleihin.</w:t>
      </w:r>
    </w:p>
    <w:p w:rsidRPr="00063C53" w:rsidR="00480315" w:rsidP="59C129FC" w:rsidRDefault="00480315" w14:paraId="0C9B88C7" w14:textId="227F68F1">
      <w:pPr>
        <w:pStyle w:val="Merkittyluettelo"/>
        <w:rPr>
          <w:rFonts w:ascii="Arial" w:hAnsi="Arial" w:cs="Arial"/>
          <w:lang w:val="fi-FI"/>
        </w:rPr>
      </w:pPr>
      <w:r w:rsidRPr="59C129FC" w:rsidR="023B5DF8">
        <w:rPr>
          <w:rFonts w:ascii="Arial" w:hAnsi="Arial" w:cs="Arial"/>
          <w:lang w:val="fi-FI"/>
        </w:rPr>
        <w:t>Kokouksissa käytävät keskustelut ovat luottamuksellisia. Kokousten päätöksistä tiedotetaan jäseniä, yhdistyksiä tai ne julkaistaan nettisivuilla.</w:t>
      </w:r>
    </w:p>
    <w:p w:rsidRPr="00063C53" w:rsidR="00480315" w:rsidP="00D74041" w:rsidRDefault="00480315" w14:paraId="3120E601" w14:textId="60AA1964">
      <w:pPr>
        <w:pStyle w:val="Merkittyluettelo"/>
        <w:numPr>
          <w:ilvl w:val="0"/>
          <w:numId w:val="0"/>
        </w:numPr>
        <w:rPr>
          <w:rFonts w:ascii="Arial" w:hAnsi="Arial" w:cs="Arial"/>
        </w:rPr>
      </w:pPr>
    </w:p>
    <w:p w:rsidRPr="00063C53" w:rsidR="00480315" w:rsidRDefault="00000000" w14:paraId="1404CE45" w14:textId="761D52F7">
      <w:pPr>
        <w:pStyle w:val="Otsikko2"/>
        <w:rPr>
          <w:rFonts w:ascii="Arial" w:hAnsi="Arial" w:cs="Arial"/>
        </w:rPr>
      </w:pPr>
      <w:r w:rsidRPr="59C129FC" w:rsidR="1EE18274">
        <w:rPr>
          <w:rFonts w:ascii="Arial" w:hAnsi="Arial" w:cs="Arial"/>
        </w:rPr>
        <w:t>6</w:t>
      </w:r>
      <w:r w:rsidRPr="59C129FC">
        <w:rPr>
          <w:rFonts w:ascii="Arial" w:hAnsi="Arial" w:cs="Arial"/>
        </w:rPr>
        <w:t xml:space="preserve">. </w:t>
      </w:r>
      <w:r w:rsidRPr="59C129FC">
        <w:rPr>
          <w:rFonts w:ascii="Arial" w:hAnsi="Arial" w:cs="Arial"/>
        </w:rPr>
        <w:t>Tietoturvapoikkeamat</w:t>
      </w:r>
    </w:p>
    <w:p w:rsidR="00AC1AB7" w:rsidRDefault="00AC1AB7" w14:paraId="7F35AF8D" w14:textId="6456FAF4">
      <w:pPr>
        <w:pStyle w:val="Merkittyluettelo"/>
        <w:rPr>
          <w:rFonts w:ascii="Arial" w:hAnsi="Arial" w:cs="Arial"/>
          <w:lang w:val="fi-FI"/>
        </w:rPr>
      </w:pPr>
      <w:r w:rsidRPr="59C129FC" w:rsidR="00AC1AB7">
        <w:rPr>
          <w:rFonts w:ascii="Arial" w:hAnsi="Arial" w:cs="Arial"/>
          <w:lang w:val="fi-FI"/>
        </w:rPr>
        <w:t>Tee välittömät turvaamistoimet, jotta yhdistyksen varat turvataan, eikä tietoja vaarannu enempää.</w:t>
      </w:r>
    </w:p>
    <w:p w:rsidRPr="00AC1AB7" w:rsidR="00480315" w:rsidRDefault="00063C53" w14:paraId="6346D886" w14:textId="0A39B30F">
      <w:pPr>
        <w:pStyle w:val="Merkittyluettelo"/>
        <w:rPr>
          <w:rFonts w:ascii="Arial" w:hAnsi="Arial" w:cs="Arial"/>
          <w:lang w:val="fi-FI"/>
        </w:rPr>
      </w:pPr>
      <w:r w:rsidRPr="256B07C5" w:rsidR="00063C53">
        <w:rPr>
          <w:rFonts w:ascii="Arial" w:hAnsi="Arial" w:cs="Arial"/>
          <w:lang w:val="fi-FI"/>
        </w:rPr>
        <w:t>Ilmoita tietoturvaapoikkeamasta välittömästi puheenjohtajalle</w:t>
      </w:r>
      <w:r w:rsidRPr="256B07C5" w:rsidR="464CA522">
        <w:rPr>
          <w:rFonts w:ascii="Arial" w:hAnsi="Arial" w:cs="Arial"/>
          <w:lang w:val="fi-FI"/>
        </w:rPr>
        <w:t xml:space="preserve"> ja talousasioissa taloudenhoitajalle ja toimistosihteerille</w:t>
      </w:r>
      <w:r w:rsidRPr="256B07C5" w:rsidR="00063C53">
        <w:rPr>
          <w:rFonts w:ascii="Arial" w:hAnsi="Arial" w:cs="Arial"/>
          <w:lang w:val="fi-FI"/>
        </w:rPr>
        <w:t xml:space="preserve">. </w:t>
      </w:r>
    </w:p>
    <w:p w:rsidRPr="00AC1AB7" w:rsidR="00480315" w:rsidRDefault="00063C53" w14:paraId="1769DE5F" w14:textId="2D980D21">
      <w:pPr>
        <w:pStyle w:val="Merkittyluettelo"/>
        <w:rPr>
          <w:rFonts w:ascii="Arial" w:hAnsi="Arial" w:cs="Arial"/>
          <w:lang w:val="fi-FI"/>
        </w:rPr>
      </w:pPr>
      <w:r w:rsidRPr="59C129FC" w:rsidR="00063C53">
        <w:rPr>
          <w:rFonts w:ascii="Arial" w:hAnsi="Arial" w:cs="Arial"/>
          <w:lang w:val="fi-FI"/>
        </w:rPr>
        <w:t>Tarvittaessa tietoturvapoikkeamasta tehdään ilmoitus tietosuojavaltuutetulle. Tietoturvaapoikkeamasta ilmoitetaan aina sille henkilölle, jonka tiedot ovat vaarantuneet.</w:t>
      </w:r>
    </w:p>
    <w:p w:rsidRPr="00AC1AB7" w:rsidR="00480315" w:rsidRDefault="00000000" w14:paraId="5384A9EB" w14:textId="15499768">
      <w:pPr>
        <w:pStyle w:val="Merkittyluettelo"/>
        <w:rPr>
          <w:rFonts w:ascii="Arial" w:hAnsi="Arial" w:cs="Arial"/>
          <w:lang w:val="fi-FI"/>
        </w:rPr>
      </w:pPr>
      <w:r w:rsidRPr="256B07C5">
        <w:rPr>
          <w:rFonts w:ascii="Arial" w:hAnsi="Arial" w:cs="Arial"/>
          <w:lang w:val="fi-FI"/>
        </w:rPr>
        <w:t>Älä poista todisteita.</w:t>
      </w:r>
      <w:r w:rsidRPr="256B07C5" w:rsidR="00063C53">
        <w:rPr>
          <w:rFonts w:ascii="Arial" w:hAnsi="Arial" w:cs="Arial"/>
          <w:lang w:val="fi-FI"/>
        </w:rPr>
        <w:t xml:space="preserve"> Ota kuvankaappaukset todisteista ja säilytä niitä, kunnes </w:t>
      </w:r>
      <w:r w:rsidRPr="256B07C5" w:rsidR="2F9AB7E0">
        <w:rPr>
          <w:rFonts w:ascii="Arial" w:hAnsi="Arial" w:cs="Arial"/>
          <w:lang w:val="fi-FI"/>
        </w:rPr>
        <w:t>tietoturvapoikkeama</w:t>
      </w:r>
      <w:r w:rsidRPr="256B07C5" w:rsidR="00063C53">
        <w:rPr>
          <w:rFonts w:ascii="Arial" w:hAnsi="Arial" w:cs="Arial"/>
          <w:lang w:val="fi-FI"/>
        </w:rPr>
        <w:t xml:space="preserve"> on selvi</w:t>
      </w:r>
      <w:r w:rsidRPr="256B07C5" w:rsidR="7942659F">
        <w:rPr>
          <w:rFonts w:ascii="Arial" w:hAnsi="Arial" w:cs="Arial"/>
          <w:lang w:val="fi-FI"/>
        </w:rPr>
        <w:t>tetty ja raportoitu.</w:t>
      </w:r>
    </w:p>
    <w:p w:rsidRPr="00063C53" w:rsidR="00480315" w:rsidP="59C129FC" w:rsidRDefault="00480315" w14:paraId="2F6AAD1E" w14:textId="7406DA57">
      <w:pPr>
        <w:pStyle w:val="Merkittyluettelo"/>
        <w:numPr>
          <w:ilvl w:val="0"/>
          <w:numId w:val="0"/>
        </w:numPr>
        <w:ind w:left="360"/>
        <w:rPr>
          <w:rFonts w:ascii="Arial" w:hAnsi="Arial" w:cs="Arial"/>
        </w:rPr>
      </w:pPr>
    </w:p>
    <w:sectPr w:rsidRPr="00063C53" w:rsidR="00480315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495d93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6400a20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ece74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2">
    <w:abstractNumId w:val="11"/>
  </w:num>
  <w:num w:numId="11">
    <w:abstractNumId w:val="10"/>
  </w:num>
  <w:num w:numId="10">
    <w:abstractNumId w:val="9"/>
  </w:num>
  <w:num w:numId="1" w16cid:durableId="789513892">
    <w:abstractNumId w:val="8"/>
  </w:num>
  <w:num w:numId="2" w16cid:durableId="92750998">
    <w:abstractNumId w:val="6"/>
  </w:num>
  <w:num w:numId="3" w16cid:durableId="1620527399">
    <w:abstractNumId w:val="5"/>
  </w:num>
  <w:num w:numId="4" w16cid:durableId="1453398464">
    <w:abstractNumId w:val="4"/>
  </w:num>
  <w:num w:numId="5" w16cid:durableId="76680785">
    <w:abstractNumId w:val="7"/>
  </w:num>
  <w:num w:numId="6" w16cid:durableId="1012145350">
    <w:abstractNumId w:val="3"/>
  </w:num>
  <w:num w:numId="7" w16cid:durableId="777405097">
    <w:abstractNumId w:val="2"/>
  </w:num>
  <w:num w:numId="8" w16cid:durableId="170875843">
    <w:abstractNumId w:val="1"/>
  </w:num>
  <w:num w:numId="9" w16cid:durableId="13416596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C53"/>
    <w:rsid w:val="0015074B"/>
    <w:rsid w:val="0029639D"/>
    <w:rsid w:val="00326F90"/>
    <w:rsid w:val="00480315"/>
    <w:rsid w:val="00881521"/>
    <w:rsid w:val="00943976"/>
    <w:rsid w:val="00AA1D8D"/>
    <w:rsid w:val="00AC1AB7"/>
    <w:rsid w:val="00B47730"/>
    <w:rsid w:val="00CB0664"/>
    <w:rsid w:val="00CE8671"/>
    <w:rsid w:val="00D74041"/>
    <w:rsid w:val="00FC693F"/>
    <w:rsid w:val="00FF3A83"/>
    <w:rsid w:val="010A7A79"/>
    <w:rsid w:val="017FEF2D"/>
    <w:rsid w:val="023B5DF8"/>
    <w:rsid w:val="03639258"/>
    <w:rsid w:val="0480463E"/>
    <w:rsid w:val="05E66E49"/>
    <w:rsid w:val="07A6B19E"/>
    <w:rsid w:val="0A8AEC19"/>
    <w:rsid w:val="0C6D4E0D"/>
    <w:rsid w:val="0D004C59"/>
    <w:rsid w:val="0E7A1A85"/>
    <w:rsid w:val="0E964A9F"/>
    <w:rsid w:val="1039D267"/>
    <w:rsid w:val="10803A6C"/>
    <w:rsid w:val="12941B8D"/>
    <w:rsid w:val="1382CF4B"/>
    <w:rsid w:val="14147827"/>
    <w:rsid w:val="150F7631"/>
    <w:rsid w:val="1718B5C6"/>
    <w:rsid w:val="18A8597B"/>
    <w:rsid w:val="196B9056"/>
    <w:rsid w:val="1ACB7CE8"/>
    <w:rsid w:val="1ACB9265"/>
    <w:rsid w:val="1C84BDE1"/>
    <w:rsid w:val="1D7EAF14"/>
    <w:rsid w:val="1EE18274"/>
    <w:rsid w:val="2012E03C"/>
    <w:rsid w:val="22A0CBA5"/>
    <w:rsid w:val="23585863"/>
    <w:rsid w:val="23C3B908"/>
    <w:rsid w:val="25359587"/>
    <w:rsid w:val="256B07C5"/>
    <w:rsid w:val="2800E977"/>
    <w:rsid w:val="294489FE"/>
    <w:rsid w:val="2F9AB7E0"/>
    <w:rsid w:val="30A9E647"/>
    <w:rsid w:val="31E06256"/>
    <w:rsid w:val="34C87670"/>
    <w:rsid w:val="3545FD26"/>
    <w:rsid w:val="3603F660"/>
    <w:rsid w:val="39AA5C70"/>
    <w:rsid w:val="3C396AB2"/>
    <w:rsid w:val="3CAECF96"/>
    <w:rsid w:val="3CD86947"/>
    <w:rsid w:val="3DD8FAEF"/>
    <w:rsid w:val="3DD93802"/>
    <w:rsid w:val="3ED39E5A"/>
    <w:rsid w:val="416FE61A"/>
    <w:rsid w:val="432F2F6E"/>
    <w:rsid w:val="44BD8F35"/>
    <w:rsid w:val="4617B592"/>
    <w:rsid w:val="464CA522"/>
    <w:rsid w:val="46EA63B5"/>
    <w:rsid w:val="480DE2F9"/>
    <w:rsid w:val="48E28D63"/>
    <w:rsid w:val="49B51BA0"/>
    <w:rsid w:val="4F4B48DA"/>
    <w:rsid w:val="513A8DA0"/>
    <w:rsid w:val="51666078"/>
    <w:rsid w:val="51D743E2"/>
    <w:rsid w:val="534BBBE9"/>
    <w:rsid w:val="5455CCB0"/>
    <w:rsid w:val="5686C6EB"/>
    <w:rsid w:val="569EB352"/>
    <w:rsid w:val="58483157"/>
    <w:rsid w:val="58C92F99"/>
    <w:rsid w:val="598797F6"/>
    <w:rsid w:val="59C129FC"/>
    <w:rsid w:val="5A235612"/>
    <w:rsid w:val="5A4F32BD"/>
    <w:rsid w:val="5CF354A5"/>
    <w:rsid w:val="5E48300E"/>
    <w:rsid w:val="5F396C71"/>
    <w:rsid w:val="60062290"/>
    <w:rsid w:val="614D4EA5"/>
    <w:rsid w:val="61B0603C"/>
    <w:rsid w:val="64BB2136"/>
    <w:rsid w:val="66C63E60"/>
    <w:rsid w:val="680BC657"/>
    <w:rsid w:val="6881621F"/>
    <w:rsid w:val="69846792"/>
    <w:rsid w:val="699EFEF2"/>
    <w:rsid w:val="6D7C97D9"/>
    <w:rsid w:val="6DB2611B"/>
    <w:rsid w:val="6EB54C2B"/>
    <w:rsid w:val="6FD1ACEA"/>
    <w:rsid w:val="7027A641"/>
    <w:rsid w:val="71075E40"/>
    <w:rsid w:val="71549148"/>
    <w:rsid w:val="73065DF1"/>
    <w:rsid w:val="733BEDF2"/>
    <w:rsid w:val="76742256"/>
    <w:rsid w:val="777841F2"/>
    <w:rsid w:val="780BFA89"/>
    <w:rsid w:val="7942659F"/>
    <w:rsid w:val="7D96C8E6"/>
    <w:rsid w:val="7DC4C220"/>
    <w:rsid w:val="7FC6F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03492"/>
  <w14:defaultImageDpi w14:val="300"/>
  <w15:docId w15:val="{1A374063-F51A-4958-9AD5-B1ECD09003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styleId="Otsikko1Char" w:customStyle="1">
    <w:name w:val="Otsikko 1 Char"/>
    <w:basedOn w:val="Kappaleenoletusfontti"/>
    <w:link w:val="Otsikko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Otsikko2Char" w:customStyle="1">
    <w:name w:val="Otsikko 2 Char"/>
    <w:basedOn w:val="Kappaleenoletusfontti"/>
    <w:link w:val="Otsikko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tsikko3Char" w:customStyle="1">
    <w:name w:val="Otsikko 3 Char"/>
    <w:basedOn w:val="Kappaleenoletusfontti"/>
    <w:link w:val="Otsikko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OtsikkoChar" w:customStyle="1">
    <w:name w:val="Otsikko Char"/>
    <w:basedOn w:val="Kappaleenoletusfontti"/>
    <w:link w:val="Otsikko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laotsikkoChar" w:customStyle="1">
    <w:name w:val="Alaotsikko Char"/>
    <w:basedOn w:val="Kappaleenoletusfontti"/>
    <w:link w:val="Alaotsikko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styleId="LeiptekstiChar" w:customStyle="1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styleId="Leipteksti2Char" w:customStyle="1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Leipteksti3Char" w:customStyle="1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kstiChar" w:customStyle="1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styleId="LainausChar" w:customStyle="1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styleId="Otsikko4Char" w:customStyle="1">
    <w:name w:val="Otsikko 4 Char"/>
    <w:basedOn w:val="Kappaleenoletusfontti"/>
    <w:link w:val="Otsikko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2B25E15A4024DAD5520FA17B71527" ma:contentTypeVersion="10" ma:contentTypeDescription="Create a new document." ma:contentTypeScope="" ma:versionID="f5b8789d3c95d534a32c39aaebdb18c0">
  <xsd:schema xmlns:xsd="http://www.w3.org/2001/XMLSchema" xmlns:xs="http://www.w3.org/2001/XMLSchema" xmlns:p="http://schemas.microsoft.com/office/2006/metadata/properties" xmlns:ns2="91e0323e-1fa8-4b7d-95d2-2ed6057b6c7a" xmlns:ns3="c238a560-9215-4431-922b-a08f32a3d43d" targetNamespace="http://schemas.microsoft.com/office/2006/metadata/properties" ma:root="true" ma:fieldsID="36343dd2dea7b8cf83ed5b2b80b62cc5" ns2:_="" ns3:_="">
    <xsd:import namespace="91e0323e-1fa8-4b7d-95d2-2ed6057b6c7a"/>
    <xsd:import namespace="c238a560-9215-4431-922b-a08f32a3d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0323e-1fa8-4b7d-95d2-2ed6057b6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af82a5-a2a5-4982-ba92-4f5f16052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8a560-9215-4431-922b-a08f32a3d4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c9d15c-482f-4e2b-ac67-fb6d6ec77d50}" ma:internalName="TaxCatchAll" ma:showField="CatchAllData" ma:web="c238a560-9215-4431-922b-a08f32a3d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e0323e-1fa8-4b7d-95d2-2ed6057b6c7a">
      <Terms xmlns="http://schemas.microsoft.com/office/infopath/2007/PartnerControls"/>
    </lcf76f155ced4ddcb4097134ff3c332f>
    <TaxCatchAll xmlns="c238a560-9215-4431-922b-a08f32a3d43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8469CA-A048-44A5-8CAC-E61CEB8ED3A1}"/>
</file>

<file path=customXml/itemProps3.xml><?xml version="1.0" encoding="utf-8"?>
<ds:datastoreItem xmlns:ds="http://schemas.openxmlformats.org/officeDocument/2006/customXml" ds:itemID="{8405B9AA-207F-4C4B-AD63-0C26A812D792}"/>
</file>

<file path=customXml/itemProps4.xml><?xml version="1.0" encoding="utf-8"?>
<ds:datastoreItem xmlns:ds="http://schemas.openxmlformats.org/officeDocument/2006/customXml" ds:itemID="{C842E240-600B-48CC-8DFA-8FBF7F1D24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Muikku</cp:lastModifiedBy>
  <cp:revision>13</cp:revision>
  <dcterms:created xsi:type="dcterms:W3CDTF">2013-12-23T23:15:00Z</dcterms:created>
  <dcterms:modified xsi:type="dcterms:W3CDTF">2026-08-17T14:21:03Z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0x0101009882B25E15A4024DAD5520FA17B71527</vt:lpwstr>
  </property>
  <property fmtid="{D5CDD505-2E9C-101B-9397-08002B2CF9AE}" pid="3" name="MediaServiceImageTags">
    <vt:lpwstr/>
  </property>
</Properties>
</file>